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(מתכון, שיר, מכתב, פוסט, 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המטרה של טקסט קובעת את המבנה, המילים והגוף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 השאלות הבלשיות לזיהוי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את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להנחות איך להכין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 (אני) או גוף שני (אתה/את)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ציווי, כמו חתכו וערבבו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בתים ושורות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המטרה שלשמה הוא נכתב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המטרה קובעת מבנה, מילים וגוף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מכתב בדרך כלל בגוף ראשון או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ציווי מתאים למטרה של 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ארבע השאלות שמוזכרות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מטרה לכל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(להנחות איך להכין מאכל)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(לבטא רגש או לתאר 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(לפנות אישית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(לשתף מידע או לשכנע בזמן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(לספר עלילה מהתחלה ועד 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 ופנייה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טקסט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המטרה - בשביל מה כותבים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את המבנה המתאים - פסקאות, שלבים או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הגוף והפנייה - מי מדבר 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מילים מתאימות - זמן, ציווי או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הטקסט לפי התבנית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זיהוי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זיהוי מטרה ברורה, תיאור קצר של המבנה (למשל שלבים או בתים) וזיהוי הגוף שבו הטקסט 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להנחות איך להכין מאכל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 או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מבנה, מילים, גוף ופנייה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קצרות אמיתיות מכל סוג טקסט ולתרגל זיהוי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שהשאלות הבלשיות (מטרה, מבנה, מילים, גוף) הן כלי קבוע לניתוח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טקסט נכתב בשביל מטרה מסוימת – ללמד, לשכנע, לספר או להנחות. המטרה הזו קובעת איך הטקסט נבנה, אילו מילים מופיעות בו ובאיזה גוף הוא כתוב. בדף הזה נתרגל לזהות את המטרה ואת הסימנים שמגלים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מכירים את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לבטא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להנחות איך להכין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מרגש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בדרך כלל כתוב מכתב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(אני) או גוף שני (אתה/את)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שלישי (הוא/היא)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רבים (אנחנו)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 במכתב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בדרך כלל מאפיין את הלשון של 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ציווי, כמו חתכו וערבבו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חרוזים בסוף 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תיאורים פיוטיים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רטוריות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שיר בנוי בדרך כלל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בתים ושורות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פרקים וסעיפים ממוספרים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שלבי הכנה מסודרים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כותרות משנה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משפיע על הצורה של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 קורא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המטרה שלשמה הוא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האורך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הגופן שבו הוא כתוב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יש מטרה שמשפיעה על הצורה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תמיד כתוב בגוף שלישי.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כתוב בלשון ציווי כדי להנחות את הקורא.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 השאלות הבלשיות עוסקות במטרה, במבנה, במילים ובגוף ופנייה.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מטרה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לפנות אישית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לשתף מידע או לשכנע בזמן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לספר עלילה מהתחלה ועד 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לבטא רגש או לתאר 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להנחות איך להכין מאכל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מתכון כתוב בלשון __________ כדי להנחות את המבשל או המבשלת.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 בנוי בדרך כלל מ__________ ושורות.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מכתב פונה בדרך כלל בגוף __________ (אני) או בגוף שני (אתה/את).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ארבע השאלות הבלשיות הן מטרה, מבנה, מילים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הדבר שקובע את הצורה של טקסט הוא ה__________ שלשמו הוא נכתב.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טקסט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הגוף והפנייה - מי מדבר ולמי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מילים מתאימות - זמן, ציווי או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המבנה המתאים - פסקאות, שלבים או 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הטקסט לפי התבנית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המטרה - בשביל מה כותבים את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זיהוי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שאתם מכירים (מתכון, שיר או מכתב) וכתבו מה המטרה שלו, איך הוא בנוי ובאיזה גוף הוא כתוב.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העיקרית של מתכון?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גוף כתוב בדרך כלל מכתב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הן ארבע השאלות הבלשיות לזיהוי סוג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